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המים שלי? - מי תהום ובארות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מהם מי תהום וכיצד באר מוציאה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איך מחסור במים משפיע על חיי היומיום של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להעריך כיצד באר קרובה משנה את חיי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מים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חור באדמה שמוציאים ממנו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 תהום נמצאים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פחות זמן בהליכה אחרי מים = יותר זמן לדברים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צחיח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(מים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(חור שמוציאים ממנו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יבש עם מעט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(מערכת שמביאה מים לבתים)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 יורד על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מחלחלים בין גרגירי החול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המים נאספים למטה כמי 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בונים באר כדי להגיע למים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לפני הבאר - הליכה ארוכה, פחות זמן ללימודים/משחק; אחרי הבאר - זמן פנוי יותר, הגעה מוקדמת לבית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 וברורה של מי תהום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 בין פחות הליכה למים לבין יותר זמן ללמידה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מחשבה אישית ואמיתית - כל תשובה כנה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בהדגמה מוחשית עם כוס מים וחול כדי להמחיש חלחול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לשמור על שיחה מכבדת ורגישה כשמדברים על הבדלים בין קהילות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הדף למשחק זוגות זיכרון על המושגים כחיזוק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המים שלי? - מי תהום ובארות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בכפרים רבים באזורים יבשים בעולם, ילדים הולכים מרחק רב כל בוקר כדי להביא מים. בדף זה נלמד מהם מי תהום, איך באר עובדת, ואיך מים קרובים משנים את חיי היומיום.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תהום  ·  צחיח  ·  באר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מי תהום?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מים 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מים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זו באר?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בריכה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חור באדמה שמוציאים ממנו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צינור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 תהום נמצאים מעל פני הקרקע, בעננים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באר קרובה יכולה לתת לילדים יותר זמן ללמוד ולשחק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המים שנמצאים מתחת לאדמה נקראים מי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להוציא מי תהום בונים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אזור יבש מאוד עם מעט גשם נקרא אזור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 תהום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יבש עם מעט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מערכת שמביאה מים לבתים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אזור צחיח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חור שמוציאים ממנו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תשתית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מים מתחת לאדמה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המים נאספים למטה כמי תהום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בונים באר כדי להגיע למים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גשם יורד על האדמה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המים מחלחלים בין גרגירי החול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יום של ילד או ילדה בכפר לפני שנבנתה באר קרובה, ואת אותו היום אחרי שהבאר נבנתה. מה השתנה?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מי תהום? כתבו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איך באר קרובה יכולה לעזור לילדים ללמוד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איפה המים שלי? - מי תהום ובארות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