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איפה המים שלי? - מי תהום ובארות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מהם מי תהום וכיצד באר מוציאה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איך מחסור במים משפיע על חיי היומיום של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להעריך כיצד באר קרובה משנה את חיי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מים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חור באדמה שמוציאים ממנו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אזור יבש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להביא מים לפני הלימודים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הם נאספים למטה כמי תהום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 תהום נמצאים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פחות זמן בהליכה אחרי מים = יותר זמן לדברים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אזור צחיח הוא אזור יבש עם מעט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מים זמינים וקרובים חוסכים זמן ומאמץ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בהרבה מקומות אין תשתית מים כזו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צחיח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(מים מתחת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(חור שמוציאים ממנו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 יבש עם מעט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(מערכת שמביאה מים לבתים)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(נמצא בבית ומוציא מים בקלות)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 יורד על 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מחלחלים בין גרגירי החול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המים נאספים למטה כמי תהום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בונים באר כדי להגיע 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הכפר מקבל מים קרובים וזמינים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לפני הבאר - הליכה ארוכה, פחות זמן ללימודים/משחק; אחרי הבאר - זמן פנוי יותר, הגעה מוקדמת לבית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תשובות אפשריות: ניקיון סביב הבאר, שימוש חכם במים, תיקון בעיות מהר, לא לבזבז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פשוטה וברורה של מי תהום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קשר בין פחות הליכה למים לבין יותר זמן ללמידה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מחשבה אישית ואמיתית - כל תשובה כנה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בהדגמה מוחשית עם כוס מים וחול כדי להמחיש חלחול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לשמור על שיחה מכבדת ורגישה כשמדברים על הבדלים בין קהילות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את הדף למשחק זוגות זיכרון על המושגים כחיזוק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איפה המים שלי? - מי תהום ובארות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בכפרים רבים באזורים יבשים בעולם, ילדים הולכים מרחק רב כל בוקר כדי להביא מים. בדף זה נלמד מהם מי תהום, איך באר עובדת, ואיך מים קרובים משנים את חיי היומיום.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מי תהום?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 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 בנהר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זו באר?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בריכה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 באדמה שמוציאים ממנו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צינור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אזור צחיח?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אזור עם הרבה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אזור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אזור יבש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אזור ליד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ילדים בכפרים יבשים הולכים רחוק בבוקר?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לבית הספר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להביא מים לפני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לעבוד בשדה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למים כשהם מחלחלים באדמה?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נעלמים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נאספים למטה כמי תהום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הופכים לאוויר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חוזרים לשמיים 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תהום נמצאים מעל פני הקרקע, בעננים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 קרובה יכולה לתת לילדים יותר זמן ללמוד ולשחק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באזור צחיח יורד הרבה גשם כל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תשתית מים טובה יכולה לשפר את חיי הקהילה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הילדים בעולם פותחים ברז ומקבלים מים 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המים שנמצאים מתחת לאדמה נקראים מי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להוציא מי תהום בונים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אזור יבש מאוד עם מעט גשם נקרא אזור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מערכת שמביאה מים לבתים נקראת __________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ילדה שהולכת רחוק להביא מים משתמשת לפעמים ב__________ על הראש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כשבאר נבנית קרוב לכפר, יש לילדים יותר זמן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 תהום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חור שמוציאים ממנו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נמצא בבית ומוציא מים בקלות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אזור צחיח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מים מתחת לאדמה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תשתית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יבש עם מעט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מערכת שמביאה מים לבתים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בונים באר כדי להגיע למים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הכפר מקבל מים קרובים וזמינים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מחלחלים בין גרגירי החול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גשם יורד על האדמה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נאספים למטה כמי תהום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יום של ילד או ילדה בכפר לפני שנבנתה באר קרובה, ואת אותו היום אחרי שהבאר נבנתה. מה השתנה?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שתי דרכים שבהן כפר יכול לשמור על הבאר שלו לאורך זמן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מי תהום? כתבו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איך באר קרובה יכולה לעזור לילדים ללמוד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לוקחים כמובן מאליו שאחרי השיעור תעריכו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איפה המים שלי? - מי תהום ובארות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